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602"/>
      </w:tblGrid>
      <w:tr>
        <w:tc>
          <w:tcPr>
            <w:tcW w:type="dxa" w:w="1093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70" w:type="dxa"/>
              <w:start w:w="180" w:type="dxa"/>
              <w:bottom w:w="155" w:type="dxa"/>
              <w:end w:w="180" w:type="dxa"/>
            </w:tcMar>
            <w:shd w:fill="16324F"/>
          </w:tcPr>
          <w:p>
            <w:pPr>
              <w:jc w:val="center"/>
            </w:pPr>
            <w:r>
              <w:rPr>
                <w:b/>
                <w:color w:val="FFFFFF"/>
                <w:sz w:val="48"/>
              </w:rPr>
              <w:t>BILAL ZAMIL AHMED</w:t>
            </w:r>
          </w:p>
          <w:p>
            <w:pPr>
              <w:jc w:val="center"/>
            </w:pPr>
            <w:r>
              <w:rPr>
                <w:color w:val="DCE8F5"/>
                <w:sz w:val="19"/>
              </w:rPr>
              <w:t>Third-Year Computer Science Student | Practical Software &amp; AI-Assisted Tools</w:t>
            </w:r>
          </w:p>
        </w:tc>
      </w:tr>
    </w:tbl>
    <w:p>
      <w:pPr>
        <w:spacing w:before="100" w:after="80"/>
        <w:jc w:val="center"/>
      </w:pPr>
      <w:r>
        <w:rPr>
          <w:color w:val="3C3C3C"/>
          <w:sz w:val="16"/>
        </w:rPr>
        <w:t>Iraq</w:t>
      </w:r>
      <w:r>
        <w:rPr>
          <w:color w:val="7D7D7D"/>
        </w:rPr>
        <w:t xml:space="preserve">  |  </w:t>
      </w:r>
      <w:r>
        <w:rPr>
          <w:color w:val="3C3C3C"/>
          <w:sz w:val="16"/>
        </w:rPr>
        <w:t>bil24c1055@uoanbar.edu.iq</w:t>
      </w:r>
      <w:r>
        <w:rPr>
          <w:color w:val="7D7D7D"/>
        </w:rPr>
        <w:t xml:space="preserve">  |  </w:t>
      </w:r>
      <w:r>
        <w:rPr>
          <w:color w:val="3C3C3C"/>
          <w:sz w:val="16"/>
        </w:rPr>
        <w:t>bilalzamilahmed.page</w:t>
      </w:r>
      <w:r>
        <w:rPr>
          <w:color w:val="7D7D7D"/>
        </w:rPr>
        <w:t xml:space="preserve">  |  </w:t>
      </w:r>
      <w:r>
        <w:rPr>
          <w:color w:val="3C3C3C"/>
          <w:sz w:val="16"/>
        </w:rPr>
        <w:t>github.com/bilalcodes1</w:t>
      </w:r>
      <w:r>
        <w:rPr>
          <w:color w:val="7D7D7D"/>
        </w:rPr>
        <w:t xml:space="preserve">  |  </w:t>
      </w:r>
      <w:r>
        <w:rPr>
          <w:color w:val="3C3C3C"/>
          <w:sz w:val="16"/>
        </w:rPr>
        <w:t>@bilalcodes1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2"/>
        <w:gridCol w:w="7172"/>
      </w:tblGrid>
      <w:tr>
        <w:tc>
          <w:tcPr>
            <w:tcW w:type="dxa" w:w="340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start w:w="95" w:type="dxa"/>
              <w:bottom w:w="70" w:type="dxa"/>
              <w:end w:w="95" w:type="dxa"/>
            </w:tcMar>
            <w:vAlign w:val="top"/>
            <w:shd w:fill="F3F7FB"/>
          </w:tcPr>
          <w:p/>
          <w:p>
            <w:pPr>
              <w:spacing w:before="140" w:after="60"/>
              <w:pBdr>
                <w:bottom w:val="single" w:sz="6" w:space="1" w:color="D9E3EF"/>
              </w:pBdr>
            </w:pPr>
            <w:r>
              <w:rPr>
                <w:b/>
                <w:color w:val="1E4265"/>
                <w:sz w:val="18"/>
              </w:rPr>
              <w:t>PROFILE</w:t>
            </w:r>
          </w:p>
          <w:p>
            <w:pPr>
              <w:spacing w:after="80"/>
            </w:pPr>
            <w:r>
              <w:rPr>
                <w:color w:val="2D2D2D"/>
                <w:sz w:val="16"/>
              </w:rPr>
              <w:t>Computer Science student focused on building useful, real-world systems: Telegram bots, web tools, mobile apps, and IoT prototypes. Strong interest in practical software, automation, and hands-on technical work.</w:t>
            </w:r>
          </w:p>
          <w:p>
            <w:pPr>
              <w:spacing w:before="140" w:after="60"/>
              <w:pBdr>
                <w:bottom w:val="single" w:sz="6" w:space="1" w:color="D9E3EF"/>
              </w:pBdr>
            </w:pPr>
            <w:r>
              <w:rPr>
                <w:b/>
                <w:color w:val="1E4265"/>
                <w:sz w:val="18"/>
              </w:rPr>
              <w:t>TECHNICAL SKILLS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6"/>
              </w:rPr>
              <w:t>Languages: TypeScript, JavaScript, C++, Python, SQL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6"/>
              </w:rPr>
              <w:t>Web: HTML, CSS, Cloudflare Workers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6"/>
              </w:rPr>
              <w:t>Mobile: Android, Jetpack Compose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6"/>
              </w:rPr>
              <w:t>Databases: Cloudflare D1 / SQLite, Google Sheets integration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6"/>
              </w:rPr>
              <w:t>Tools: Git, GitHub, VS Code, macOS, UTM, Linux basics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6"/>
              </w:rPr>
              <w:t>AI: OpenAI API concepts, AI-assisted app features</w:t>
            </w:r>
          </w:p>
          <w:p>
            <w:pPr>
              <w:spacing w:before="140" w:after="60"/>
              <w:pBdr>
                <w:bottom w:val="single" w:sz="6" w:space="1" w:color="D9E3EF"/>
              </w:pBdr>
            </w:pPr>
            <w:r>
              <w:rPr>
                <w:b/>
                <w:color w:val="1E4265"/>
                <w:sz w:val="18"/>
              </w:rPr>
              <w:t>LANGUAGES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6"/>
              </w:rPr>
              <w:t>Arabic: Native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6"/>
              </w:rPr>
              <w:t>English: Working proficiency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6"/>
              </w:rPr>
              <w:t>German: A1 in progress</w:t>
            </w:r>
          </w:p>
          <w:p>
            <w:pPr>
              <w:spacing w:before="140" w:after="60"/>
              <w:pBdr>
                <w:bottom w:val="single" w:sz="6" w:space="1" w:color="D9E3EF"/>
              </w:pBdr>
            </w:pPr>
            <w:r>
              <w:rPr>
                <w:b/>
                <w:color w:val="1E4265"/>
                <w:sz w:val="18"/>
              </w:rPr>
              <w:t>LINKS</w:t>
            </w:r>
          </w:p>
          <w:p>
            <w:pPr>
              <w:pStyle w:val="ListBullet"/>
              <w:spacing w:after="40"/>
            </w:pPr>
            <w:hyperlink r:id="rId9">
              <w:r>
                <w:rPr>
                  <w:color w:val="1E4265"/>
                  <w:u w:val="single"/>
                </w:rPr>
                <w:t>Portfolio: bilalzamilahmed.page</w:t>
              </w:r>
            </w:hyperlink>
          </w:p>
          <w:p>
            <w:pPr>
              <w:pStyle w:val="ListBullet"/>
              <w:spacing w:after="40"/>
            </w:pPr>
            <w:hyperlink r:id="rId10">
              <w:r>
                <w:rPr>
                  <w:color w:val="1E4265"/>
                  <w:u w:val="single"/>
                </w:rPr>
                <w:t>GitHub: bilalcodes1</w:t>
              </w:r>
            </w:hyperlink>
          </w:p>
          <w:p>
            <w:pPr>
              <w:pStyle w:val="ListBullet"/>
              <w:spacing w:after="40"/>
            </w:pPr>
            <w:hyperlink r:id="rId11">
              <w:r>
                <w:rPr>
                  <w:color w:val="1E4265"/>
                  <w:u w:val="single"/>
                </w:rPr>
                <w:t>YouTube / Instagram: @bilalcodes1</w:t>
              </w:r>
            </w:hyperlink>
          </w:p>
          <w:p>
            <w:pPr>
              <w:spacing w:before="140" w:after="60"/>
              <w:pBdr>
                <w:bottom w:val="single" w:sz="6" w:space="1" w:color="D9E3EF"/>
              </w:pBdr>
            </w:pPr>
            <w:r>
              <w:rPr>
                <w:b/>
                <w:color w:val="1E4265"/>
                <w:sz w:val="18"/>
              </w:rPr>
              <w:t>AVAILABILITY</w:t>
            </w:r>
          </w:p>
          <w:p>
            <w:r>
              <w:rPr>
                <w:color w:val="2D2D2D"/>
                <w:sz w:val="16"/>
              </w:rPr>
              <w:t>Open to student projects, practical training opportunities, and future Ausbildung-related preparation after German improvement.</w:t>
            </w:r>
          </w:p>
        </w:tc>
        <w:tc>
          <w:tcPr>
            <w:tcW w:type="dxa" w:w="71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start w:w="95" w:type="dxa"/>
              <w:bottom w:w="70" w:type="dxa"/>
              <w:end w:w="95" w:type="dxa"/>
            </w:tcMar>
            <w:vAlign w:val="top"/>
          </w:tcPr>
          <w:p/>
          <w:p>
            <w:pPr>
              <w:spacing w:before="140" w:after="60"/>
              <w:pBdr>
                <w:bottom w:val="single" w:sz="6" w:space="1" w:color="D9E3EF"/>
              </w:pBdr>
            </w:pPr>
            <w:r>
              <w:rPr>
                <w:b/>
                <w:color w:val="1E4265"/>
                <w:sz w:val="18"/>
              </w:rPr>
              <w:t>EDUCATION</w:t>
            </w:r>
          </w:p>
          <w:p>
            <w:pPr>
              <w:spacing w:before="100" w:after="20"/>
            </w:pPr>
            <w:r>
              <w:rPr>
                <w:b/>
                <w:color w:val="152A41"/>
                <w:sz w:val="20"/>
              </w:rPr>
              <w:t>University of Anbar - College of Computer Science and IT</w:t>
            </w:r>
          </w:p>
          <w:p>
            <w:pPr>
              <w:spacing w:after="40"/>
            </w:pPr>
            <w:r>
              <w:rPr>
                <w:i/>
                <w:color w:val="5F6973"/>
                <w:sz w:val="17"/>
              </w:rPr>
              <w:t>B.Sc. Computer Science, third-year student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7"/>
              </w:rPr>
              <w:t>Coursework and practical work across programming, software projects, systems concepts, data handling, and computer fundamentals.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7"/>
              </w:rPr>
              <w:t>Builds personal projects to connect academic learning with real-world tools and deployments.</w:t>
            </w:r>
          </w:p>
          <w:p>
            <w:pPr>
              <w:spacing w:before="140" w:after="60"/>
              <w:pBdr>
                <w:bottom w:val="single" w:sz="6" w:space="1" w:color="D9E3EF"/>
              </w:pBdr>
            </w:pPr>
            <w:r>
              <w:rPr>
                <w:b/>
                <w:color w:val="1E4265"/>
                <w:sz w:val="18"/>
              </w:rPr>
              <w:t>SELECTED PROJECTS</w:t>
            </w:r>
          </w:p>
          <w:p>
            <w:pPr>
              <w:spacing w:before="100" w:after="20"/>
            </w:pPr>
            <w:r>
              <w:rPr>
                <w:b/>
                <w:color w:val="152A41"/>
                <w:sz w:val="20"/>
              </w:rPr>
              <w:t>DeutschDrop - German Learning Telegram Bot</w:t>
            </w:r>
          </w:p>
          <w:p>
            <w:pPr>
              <w:spacing w:after="40"/>
            </w:pPr>
            <w:r>
              <w:rPr>
                <w:i/>
                <w:color w:val="5F6973"/>
                <w:sz w:val="17"/>
              </w:rPr>
              <w:t>Cloudflare Workers, TypeScript, D1, Telegram Bot API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7"/>
              </w:rPr>
              <w:t>Built a German vocabulary learning bot with collections, training, review flows, reminders, XP, achievements, and leaderboard features.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7"/>
              </w:rPr>
              <w:t>Implemented CSV imports, background processing, scheduled jobs, and collection-specific training workflows.</w:t>
            </w:r>
          </w:p>
          <w:p>
            <w:pPr>
              <w:spacing w:before="100" w:after="20"/>
            </w:pPr>
            <w:r>
              <w:rPr>
                <w:b/>
                <w:color w:val="152A41"/>
                <w:sz w:val="20"/>
              </w:rPr>
              <w:t>UOADrop - Student Print Order System</w:t>
            </w:r>
          </w:p>
          <w:p>
            <w:pPr>
              <w:spacing w:after="40"/>
            </w:pPr>
            <w:r>
              <w:rPr>
                <w:i/>
                <w:color w:val="5F6973"/>
                <w:sz w:val="17"/>
              </w:rPr>
              <w:t>Electron / Web tooling concept for university students and print shops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7"/>
              </w:rPr>
              <w:t>Designed a practical order flow for student printing needs with dashboard concepts for print shops and QR-based workflows.</w:t>
            </w:r>
          </w:p>
          <w:p>
            <w:pPr>
              <w:spacing w:before="100" w:after="20"/>
            </w:pPr>
            <w:r>
              <w:rPr>
                <w:b/>
                <w:color w:val="152A41"/>
                <w:sz w:val="20"/>
              </w:rPr>
              <w:t>GymTech - AI-Powered Fitness Companion</w:t>
            </w:r>
          </w:p>
          <w:p>
            <w:pPr>
              <w:spacing w:after="40"/>
            </w:pPr>
            <w:r>
              <w:rPr>
                <w:i/>
                <w:color w:val="5F6973"/>
                <w:sz w:val="17"/>
              </w:rPr>
              <w:t>Android, Jetpack Compose, Clean Architecture, AI features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7"/>
              </w:rPr>
              <w:t>Created an Android project concept focused on fitness guidance, app structure, and AI-assisted user experience.</w:t>
            </w:r>
          </w:p>
          <w:p>
            <w:pPr>
              <w:spacing w:before="100" w:after="20"/>
            </w:pPr>
            <w:r>
              <w:rPr>
                <w:b/>
                <w:color w:val="152A41"/>
                <w:sz w:val="20"/>
              </w:rPr>
              <w:t>Fingerprint Attendance System</w:t>
            </w:r>
          </w:p>
          <w:p>
            <w:pPr>
              <w:spacing w:after="40"/>
            </w:pPr>
            <w:r>
              <w:rPr>
                <w:i/>
                <w:color w:val="5F6973"/>
                <w:sz w:val="17"/>
              </w:rPr>
              <w:t>ESP32, AS608 sensor, DS3231, OLED, Google Sheets dashboard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7"/>
              </w:rPr>
              <w:t>Built a hardware prototype for attendance logging with fingerprint capture, timestamping, display feedback, and cloud-style reporting.</w:t>
            </w:r>
          </w:p>
          <w:p>
            <w:pPr>
              <w:spacing w:before="140" w:after="60"/>
              <w:pBdr>
                <w:bottom w:val="single" w:sz="6" w:space="1" w:color="D9E3EF"/>
              </w:pBdr>
            </w:pPr>
            <w:r>
              <w:rPr>
                <w:b/>
                <w:color w:val="1E4265"/>
                <w:sz w:val="18"/>
              </w:rPr>
              <w:t>EXPERIENCE &amp; ACTIVITIES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7"/>
              </w:rPr>
              <w:t>Regularly builds and ships student-focused software experiments instead of only theoretical demos.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7"/>
              </w:rPr>
              <w:t>Uses GitHub and Cloudflare-based deployment workflows for live projects and version control.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7"/>
              </w:rPr>
              <w:t>Practices debugging, prompt-based coding workflows, technical documentation, and project presentation.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7"/>
              </w:rPr>
              <w:t>Maintains a personal portfolio website to present projects, certificates, and technical activities.</w:t>
            </w:r>
          </w:p>
          <w:p>
            <w:pPr>
              <w:spacing w:before="140" w:after="60"/>
              <w:pBdr>
                <w:bottom w:val="single" w:sz="6" w:space="1" w:color="D9E3EF"/>
              </w:pBdr>
            </w:pPr>
            <w:r>
              <w:rPr>
                <w:b/>
                <w:color w:val="1E4265"/>
                <w:sz w:val="18"/>
              </w:rPr>
              <w:t>CERTIFICATES &amp; LEARNING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7"/>
              </w:rPr>
              <w:t>GitHub Global Campus / GitHub Education approved.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7"/>
              </w:rPr>
              <w:t>Independent learning in German language, Linux basics, Cloudflare Workers, bot development, and practical software delivery.</w:t>
            </w:r>
          </w:p>
          <w:p>
            <w:pPr>
              <w:pStyle w:val="ListBullet"/>
              <w:spacing w:after="30"/>
              <w:ind w:left="200" w:hanging="200"/>
            </w:pPr>
            <w:r>
              <w:rPr>
                <w:color w:val="2D2D2D"/>
                <w:sz w:val="17"/>
              </w:rPr>
              <w:t>Interested in hands-on technical work, system integration, automation, and practical problem solving.</w:t>
            </w:r>
          </w:p>
        </w:tc>
      </w:tr>
    </w:tbl>
    <w:p>
      <w:pPr>
        <w:spacing w:before="60"/>
        <w:jc w:val="center"/>
      </w:pPr>
      <w:r>
        <w:rPr>
          <w:color w:val="787878"/>
          <w:sz w:val="14"/>
        </w:rPr>
        <w:t>CV generated for portfolio and training applications - update phone, LinkedIn, and certificates before sending officially.</w:t>
      </w:r>
    </w:p>
    <w:sectPr w:rsidR="00FC693F" w:rsidRPr="0006063C" w:rsidSect="00034616">
      <w:headerReference w:type="default" r:id="rId12"/>
      <w:footerReference w:type="default" r:id="rId13"/>
      <w:pgSz w:w="12240" w:h="15840"/>
      <w:pgMar w:top="624" w:right="652" w:bottom="595" w:left="6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color w:val="2A2A2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alzamilahmed.page/" TargetMode="External"/><Relationship Id="rId10" Type="http://schemas.openxmlformats.org/officeDocument/2006/relationships/hyperlink" Target="https://github.com/bilalcodes1" TargetMode="External"/><Relationship Id="rId11" Type="http://schemas.openxmlformats.org/officeDocument/2006/relationships/hyperlink" Target="https://www.instagram.com/bilalcodes1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